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drawing>
          <wp:inline xmlns:a="http://schemas.openxmlformats.org/drawingml/2006/main" xmlns:pic="http://schemas.openxmlformats.org/drawingml/2006/picture">
            <wp:extent cx="1783080" cy="4754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age-conversation-charcoal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4754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 w:before="0"/>
        <w:jc w:val="center"/>
      </w:pPr>
      <w:r>
        <w:rPr>
          <w:rFonts w:ascii="Arial" w:hAnsi="Arial"/>
          <w:b w:val="0"/>
          <w:color w:val="367E79"/>
          <w:sz w:val="19"/>
        </w:rPr>
        <w:t>[Agency Name]  |  [City or Neighborhood]</w:t>
      </w:r>
    </w:p>
    <w:p>
      <w:pPr>
        <w:pStyle w:val="Title"/>
      </w:pPr>
      <w:r>
        <w:t>Hello from your neighborhood agent</w:t>
      </w:r>
    </w:p>
    <w:p>
      <w:pPr>
        <w:spacing w:after="260" w:before="0"/>
      </w:pPr>
      <w:r>
        <w:rPr>
          <w:b w:val="0"/>
        </w:rPr>
        <w:t>My name is [Agent Name], and I am a licensed insurance agent serving [City or Neighborhood]. I am reaching out with a simple introduction and an invitation: if a Medicare question comes up, you are welcome to give me a call.</w:t>
      </w:r>
    </w:p>
    <w:p>
      <w:pPr>
        <w:spacing w:after="260" w:before="0"/>
      </w:pPr>
      <w:r>
        <w:rPr>
          <w:b w:val="0"/>
        </w:rPr>
        <w:t>Maybe there is a letter you do not quite understand, a question you keep meaning to ask, or something about your current coverage you would like to talk through. You do not have to be looking for a change to reach out.</w:t>
      </w:r>
      <w:r>
        <w:drawing>
          <wp:anchor distT="0" distB="190500" distL="228600" distR="22860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783080" cy="2240280"/>
            <wp:effectExtent l="0" t="0" r="0" b="0"/>
            <wp:wrapSquare wrapText="bothSides"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coverage-conversation-charcoal-phot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224028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spacing w:after="260" w:before="0"/>
      </w:pPr>
      <w:r>
        <w:rPr>
          <w:b w:val="0"/>
        </w:rPr>
        <w:t>I would be glad to listen, explain what I can, and help you find the information you need. We can begin with what matters to you and go at a pace that feels comfortable.</w:t>
      </w:r>
    </w:p>
    <w:p>
      <w:pPr>
        <w:spacing w:after="260" w:before="0"/>
      </w:pPr>
      <w:r>
        <w:rPr>
          <w:b w:val="0"/>
        </w:rPr>
        <w:t>You can reach me directly at [Phone Number] or [Email Address]. Keep my information handy, and please feel free to introduce yourself whenever a conversation would help.</w:t>
      </w:r>
    </w:p>
    <w:p>
      <w:pPr>
        <w:keepNext/>
        <w:spacing w:after="100" w:before="60"/>
      </w:pPr>
      <w:r>
        <w:rPr>
          <w:b w:val="0"/>
        </w:rPr>
        <w:t>Kind regards,</w:t>
      </w:r>
    </w:p>
    <w:p>
      <w:pPr>
        <w:keepNext/>
        <w:spacing w:after="80" w:before="0"/>
      </w:pPr>
      <w:r>
        <w:rPr>
          <w:rFonts w:ascii="Georgia" w:hAnsi="Georgia"/>
          <w:b w:val="0"/>
          <w:color w:val="367E79"/>
          <w:sz w:val="36"/>
        </w:rPr>
        <w:t>[Agent Name]</w:t>
      </w:r>
    </w:p>
    <w:p>
      <w:pPr>
        <w:keepNext/>
        <w:spacing w:after="160" w:before="0"/>
      </w:pPr>
      <w:r>
        <w:rPr>
          <w:rFonts w:ascii="Arial" w:hAnsi="Arial"/>
          <w:b w:val="0"/>
          <w:sz w:val="21"/>
        </w:rPr>
        <w:t>Licensed insurance agent | [Agency Name]</w:t>
      </w:r>
    </w:p>
    <w:p>
      <w:pPr>
        <w:spacing w:after="80" w:before="0"/>
      </w:pPr>
      <w:r>
        <w:rPr>
          <w:rFonts w:ascii="Arial" w:hAnsi="Arial"/>
          <w:b/>
          <w:color w:val="367E79"/>
          <w:sz w:val="23"/>
        </w:rPr>
        <w:t>[Phone Number]  |  [Email Address]</w:t>
      </w:r>
    </w:p>
    <w:p>
      <w:pPr>
        <w:spacing w:after="0" w:before="0"/>
      </w:pPr>
      <w:r>
        <w:rPr>
          <w:rFonts w:ascii="Arial" w:hAnsi="Arial"/>
          <w:b w:val="0"/>
          <w:sz w:val="21"/>
        </w:rPr>
        <w:t>[Website]</w:t>
      </w:r>
    </w:p>
    <w:sectPr w:rsidR="00FC693F" w:rsidRPr="0006063C" w:rsidSect="00034616">
      <w:footerReference w:type="default" r:id="rId11"/>
      <w:pgSz w:w="12240" w:h="15840"/>
      <w:pgMar w:top="864" w:right="1008" w:bottom="864" w:left="1008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rFonts w:ascii="Arial" w:hAnsi="Arial"/>
        <w:color w:val="626262"/>
        <w:sz w:val="18"/>
      </w:rPr>
      <w:t>Not connected with or endorsed by the U.S. government or the federal Medicare program.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1" w:lineRule="auto" w:after="280"/>
    </w:pPr>
    <w:rPr>
      <w:rFonts w:ascii="Arial" w:hAnsi="Arial"/>
      <w:color w:val="272727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40" w:line="264" w:lineRule="auto" w:before="320"/>
      <w:contextualSpacing/>
    </w:pPr>
    <w:rPr>
      <w:rFonts w:ascii="Georgia" w:hAnsi="Georgia"/>
      <w:b w:val="0"/>
      <w:color w:val="20202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coverage conversation - Soft teal - Regular</dc:title>
  <dc:subject>Editable personal introduction from a local Medicare agent</dc:subject>
  <dc:creator>AceAgent Commissions</dc:creator>
  <cp:keywords/>
  <dc:description>Replace the bracketed text and the two placeholder pictures before use.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